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- משחק הרביעיות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במשפחות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נרדפות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 -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צוהל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עליז היא מילה נרדפת ל'שמח'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נוגה מתארת עצב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חרדה היא סוג של פחד ודאגה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מדוכדך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(עצוב)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(עצוב)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שמשתמש נכון במילה עגום במובן של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שמשתמש נכון במילה צוהל במובן של שמח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לתשובות כמו עליז, מאושר או צוהל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לתשובות כמו מדוכדך, נוגה או עגום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אימה היא פחד גדול וחזק יותר מפחד 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הרביעיות בכיתה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להוסיף מילים נרדפות נוספות שהם 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- משחק הרביעיות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הרביעיות אוספים משפחות של ארבע מילים נרדפות, כמו מילים שמשמעותן דומה למילה 'עצוב' או 'שמח'. בדף הזה נתרגל את משפחות המילים מהמשחק.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מדוכדך  ·  אימה  ·  עליז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מרובה -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נרדפת ל'עצוב'?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צוהל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נרדפת ל'שמח'?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מדוכדך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חרדה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המילה שלא שייכת למשפחת 'עצוב'?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עגום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מדוכדך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צוהל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'עליז' נרדפת למילה 'עצוב'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'נוגה' נרדפת למילה 'עצוב'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'חרדה' נרדפת למילה 'פחד'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אחרי שקיבל ציון נמוך הוא הרגיש __________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ביום ההולדת שלה היא הייתה __________ וצהלה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כשראה את הנחש הוא מילא __________ גדולה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מילה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מדוכדך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צוהל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עצוב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בהלה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עצוב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נוגה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המילה 'עגום'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אחד עם המילה 'צוהל'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למילה נרדפת ל'שמח'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למילה נרדפת ל'עצוב'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- משחק הרביעיות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