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קלפים בעברית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- משחק הרביעיות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נרדפות במשפחות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במילים נרדפות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מרובה - מילים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נוגה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עליז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בהלה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צוהל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אימה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עליז היא מילה נרדפת ל'שמח'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נוגה מתארת עצב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חרדה היא סוג של פחד ודאגה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צוהל נרדפת ל'שמח'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מדוכדך נרדפת ל'עצוב'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בהלה מתארת פחד פתאומי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מדוכדך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עליז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נבהל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מאושרת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עגומה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מילה למשפחה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(עצוב)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(שמח)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(פחד)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(עצוב)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(שמח)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(פחד)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שמשתמש נכון במילה עגום במובן של עצוב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שמשתמש נכון במילה צוהל במובן של שמח מאוד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עונים שזה מעשיר את השפה ועוזר לבטא רגשות בדיוק רב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מציעים מילים נוספות מתאימות לרגש שבחרו, כמו לדוגמה 'מבועת' למשפחת פחד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לתשובות כמו עליז, מאושר או צוהל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לתשובות כמו מדוכדך, נוגה או עגום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אימה היא פחד גדול וחזק יותר מפחד רגיל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את משחק הרביעיות בכיתה בזוגות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להוסיף מילים נרדפות נוספות שהם מכירים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קלפים בעברית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- משחק הרביעיות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במשחק הזה אוספים קבוצות של 4 מילים שדומות במשמעות. נתרגל את המילים האלה.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מילים נרדפות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שונות שיש להן משמעות דומה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מדוכדך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עצוב מאוד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נוגה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עצוב, מלא צער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עגום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עצוב וקשה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עליז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שמח ומלא שמחה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צוהל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שמח ומרוצה מאוד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חרדה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פחד גדול ודאגה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פחד גדול מאוד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מרובה - מילים נרדפות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דומה במשמעות ל'עצוב'?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צוהל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מאושר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דומה במשמעות ל'שמח'?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מדוכדך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חרדה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עגום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דומה במשמעות ל'פחד'?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בהלה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עגום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לא קשורה ל'עצוב'?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עגום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מדוכדך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צוהל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לא קשורה ל'שמח'?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מאושר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צוהל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מילה מתארת פחד חזק?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מאושר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'עליז' נרדפת למילה 'עצוב'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'נוגה' נרדפת למילה 'עצוב'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'חרדה' נרדפת למילה 'פחד'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'צוהל' נרדפת למילה 'פחד'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'מדוכדך' נרדפת למילה 'שמח'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'בהלה' שייכת למשפחת 'פחד'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אחרי שקיבל ציון נמוך הוא הרגיש __________ מאוד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ביום ההולדת שלה היא הייתה __________ וצהלה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כשראה את הנחש הוא מילא __________ גדולה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הילד הקטן __________ כששמע רעש חזק פתאום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לאחר שקיבלה את המתנה היא הרגישה __________ מאוד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האווירה בחדר הייתה __________ אחרי החדשות הרעות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מילה למשפחה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מדוכדך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עצוב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צוהל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בהלה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שמח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נוגה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שמח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מאושר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חרדה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עצוב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עם המילה 'עגום'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עם המילה 'צוהל'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במילים שלכם למה טוב להכיר מילים נרדפות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משימת 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רגש אחד (שמחה, עצב או פחד) וכתבו שלוש מילים נוספות שיכולות להצטרף למשפחה שלו, גם אם הן לא הופיעו במשחק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למילה נרדפת ל'שמח'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למילה נרדפת ל'עצוב'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'פחד' ל'אימה'?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נרדפות - משחק הרביעיות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