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- משחק הרביעיות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במשפחות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נרדפות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צוהל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עליז היא מילה נרדפת ל'שמח'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נוגה מתארת עצב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חרדה היא סוג של פחד ודאגה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צוהל נרדפת ל'שמח'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מדוכדך נרדפת ל'עצוב'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בהלה מתארת פחד פתאומי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מדוכדך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נבהל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מאושרת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עגומה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(פחד)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שמשתמש נכון במילה עגום במובן של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שמשתמש נכון במילה צוהל במובן של שמח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שזה מעשיר את השפה ועוזר לבטא רגשות בדיוק רב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מציעים מילים נוספות מתאימות לרגש שבחרו, כמו לדוגמה 'מבועת' למשפחת 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 עליז, מאושר או צוהל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 מדוכדך, נוגה או עגום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אימה היא פחד גדול וחזק יותר מפחד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הרביעיות בכיתה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להוסיף מילים נרדפות נוספות שהם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- משחק הרביעיות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הרביעיות אוספים משפחות של ארבע מילים נרדפות, כמו מילים שמשמעותן דומה למילה 'עצוב' או 'שמח'. בדף הזה נתרגל את משפחות המילים מהמשחק.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-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נרדפת ל'עצוב'?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נרדפת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מדוכדך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נרדפת ל'פחד'?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המילה שלא שייכת למשפחת 'עצוב'?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מדוכדך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המילה שלא שייכת למשפחת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מתארת פחד גדול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מאושר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'עליז' נרדפת למילה 'עצוב'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'נוגה' נרדפת למילה 'עצוב'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'חרדה' נרדפת למילה 'פחד'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'צוהל' נרדפת למילה 'פחד'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'מדוכדך' נרדפת למילה 'שמח'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'בהלה' שייכת למשפחת 'פחד'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שקיבל ציון נמוך הוא הרגיש 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ההולדת שלה היא הייתה __________ וצהלה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כשראה את הנחש הוא מילא __________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 הקטן __________ כששמע רעש חזק פתאום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לאחר שקיבלה את המתנה היא הרגישה 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האווירה בחדר הייתה __________ אחרי החדשות הרעות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מדוכדך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צוהל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חרדה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'עגום'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המילה 'צוהל'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טוב להכיר מילים נרדפות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רגש אחד (שמחה, עצב או פחד) וכתבו שלוש מילים נוספות שיכולות להצטרף למשפחה שלו, גם אם הן לא הופיעו במשחק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נרדפת ל'שמח'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נרדפת ל'עצוב'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'פחד' ל'אימה'?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- משחק הרביעיות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